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549C" w14:textId="77777777" w:rsidR="009C0699" w:rsidRPr="00362F11" w:rsidRDefault="00000000">
      <w:pPr>
        <w:jc w:val="center"/>
        <w:rPr>
          <w:lang w:val="de-DE"/>
        </w:rPr>
      </w:pPr>
      <w:r w:rsidRPr="00362F11">
        <w:rPr>
          <w:b/>
          <w:color w:val="1F3A5F"/>
          <w:sz w:val="36"/>
          <w:lang w:val="de-DE"/>
        </w:rPr>
        <w:t>Verbund Teilen &amp; Leihen e.V.</w:t>
      </w:r>
    </w:p>
    <w:p w14:paraId="1C40C136" w14:textId="77777777" w:rsidR="009C0699" w:rsidRPr="00362F11" w:rsidRDefault="00000000">
      <w:pPr>
        <w:jc w:val="center"/>
        <w:rPr>
          <w:lang w:val="de-DE"/>
        </w:rPr>
      </w:pPr>
      <w:r w:rsidRPr="00362F11">
        <w:rPr>
          <w:i/>
          <w:sz w:val="26"/>
          <w:lang w:val="de-DE"/>
        </w:rPr>
        <w:t>Mitgliedsantrag</w:t>
      </w:r>
    </w:p>
    <w:p w14:paraId="05F4BCCC" w14:textId="77777777" w:rsidR="009C0699" w:rsidRPr="00362F11" w:rsidRDefault="00000000">
      <w:pPr>
        <w:rPr>
          <w:lang w:val="de-DE"/>
        </w:rPr>
      </w:pPr>
      <w:r w:rsidRPr="00362F11">
        <w:rPr>
          <w:lang w:val="de-DE"/>
        </w:rPr>
        <w:t>Hiermit wird die Aufnahme als Mitglied im Verbund Teilen &amp; Leihen e.V. beantragt. Bitte füllen Sie das Formular vollständig aus und senden Sie es unterschrieben an die Geschäftsstelle des Verbunds.</w:t>
      </w:r>
    </w:p>
    <w:p w14:paraId="18FB9389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1. Art der Mitgliedschaft</w:t>
      </w:r>
    </w:p>
    <w:p w14:paraId="0657B5CE" w14:textId="77777777" w:rsidR="009C0699" w:rsidRPr="00362F11" w:rsidRDefault="00000000">
      <w:pPr>
        <w:rPr>
          <w:lang w:val="de-DE"/>
        </w:rPr>
      </w:pPr>
      <w:proofErr w:type="gramStart"/>
      <w:r w:rsidRPr="00362F11">
        <w:rPr>
          <w:sz w:val="24"/>
          <w:lang w:val="de-DE"/>
        </w:rPr>
        <w:t xml:space="preserve">☐  </w:t>
      </w:r>
      <w:r w:rsidRPr="00362F11">
        <w:rPr>
          <w:lang w:val="de-DE"/>
        </w:rPr>
        <w:t>Verein</w:t>
      </w:r>
      <w:proofErr w:type="gramEnd"/>
      <w:r w:rsidRPr="00362F11">
        <w:rPr>
          <w:lang w:val="de-DE"/>
        </w:rPr>
        <w:t xml:space="preserve"> / Organisation</w:t>
      </w:r>
    </w:p>
    <w:p w14:paraId="6DE65ACD" w14:textId="77777777" w:rsidR="009C0699" w:rsidRPr="00362F11" w:rsidRDefault="00000000">
      <w:pPr>
        <w:rPr>
          <w:lang w:val="de-DE"/>
        </w:rPr>
      </w:pPr>
      <w:proofErr w:type="gramStart"/>
      <w:r w:rsidRPr="00362F11">
        <w:rPr>
          <w:sz w:val="24"/>
          <w:lang w:val="de-DE"/>
        </w:rPr>
        <w:t xml:space="preserve">☐  </w:t>
      </w:r>
      <w:r w:rsidRPr="00362F11">
        <w:rPr>
          <w:lang w:val="de-DE"/>
        </w:rPr>
        <w:t>Privatperson</w:t>
      </w:r>
      <w:proofErr w:type="gramEnd"/>
    </w:p>
    <w:p w14:paraId="393668CD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2. Angaben zum antragstellenden Verein / zur Organisation</w:t>
      </w:r>
    </w:p>
    <w:p w14:paraId="775F63E6" w14:textId="77777777" w:rsidR="009C0699" w:rsidRPr="00362F11" w:rsidRDefault="00000000">
      <w:pPr>
        <w:rPr>
          <w:lang w:val="de-DE"/>
        </w:rPr>
      </w:pPr>
      <w:r w:rsidRPr="00362F11">
        <w:rPr>
          <w:i/>
          <w:lang w:val="de-DE"/>
        </w:rPr>
        <w:t>(Nur ausfüllen bei Mitgliedschaft als Verein/Organisation.)</w:t>
      </w:r>
    </w:p>
    <w:p w14:paraId="2188702F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Vollständiger Name des Vereins / der Organisation:</w:t>
      </w:r>
    </w:p>
    <w:p w14:paraId="0A4477D8" w14:textId="794FB4EA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7FB658DB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Kurzbezeichnung / Abkürzung (optional):</w:t>
      </w:r>
    </w:p>
    <w:p w14:paraId="117BBD07" w14:textId="01DC736A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530F6592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Rechtsform (z. B. e.V., GbR, gGmbH):</w:t>
      </w:r>
    </w:p>
    <w:p w14:paraId="10B87C71" w14:textId="01446D79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108AABD5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Registergericht und Registernummer (falls vorhanden):</w:t>
      </w:r>
    </w:p>
    <w:p w14:paraId="32EEC75F" w14:textId="392864C5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6863BDDE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3. Angaben zur antragstellenden Privatperson</w:t>
      </w:r>
    </w:p>
    <w:p w14:paraId="5577D63F" w14:textId="77777777" w:rsidR="009C0699" w:rsidRPr="00362F11" w:rsidRDefault="00000000">
      <w:pPr>
        <w:rPr>
          <w:lang w:val="de-DE"/>
        </w:rPr>
      </w:pPr>
      <w:r w:rsidRPr="00362F11">
        <w:rPr>
          <w:i/>
          <w:lang w:val="de-DE"/>
        </w:rPr>
        <w:t>(Nur ausfüllen bei Mitgliedschaft als Privatperson.)</w:t>
      </w:r>
    </w:p>
    <w:p w14:paraId="71631E9A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Name, Vorname:</w:t>
      </w:r>
    </w:p>
    <w:p w14:paraId="0299F37C" w14:textId="69F6A6E4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671E8122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Geburtsdatum:</w:t>
      </w:r>
    </w:p>
    <w:p w14:paraId="184CF230" w14:textId="366D6E3E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5AF3D714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4. Kontaktdaten</w:t>
      </w:r>
    </w:p>
    <w:p w14:paraId="578F0A95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Straße und Hausnummer:</w:t>
      </w:r>
    </w:p>
    <w:p w14:paraId="2595DAAF" w14:textId="1F2B0C34" w:rsidR="009C0699" w:rsidRPr="00362F11" w:rsidRDefault="00000000">
      <w:pPr>
        <w:rPr>
          <w:lang w:val="de-DE"/>
        </w:rPr>
      </w:pPr>
      <w:r w:rsidRPr="00362F11">
        <w:rPr>
          <w:lang w:val="de-DE"/>
        </w:rPr>
        <w:lastRenderedPageBreak/>
        <w:t>_____________________________________________________________________________________</w:t>
      </w:r>
    </w:p>
    <w:p w14:paraId="00F33C47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PLZ und Ort:</w:t>
      </w:r>
    </w:p>
    <w:p w14:paraId="0E5C14F6" w14:textId="517FEBE6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7D9CD870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Telefon:</w:t>
      </w:r>
    </w:p>
    <w:p w14:paraId="05283970" w14:textId="3389BB8F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73303967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E-Mail:</w:t>
      </w:r>
    </w:p>
    <w:p w14:paraId="1C171BB5" w14:textId="45ED3118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3D8EA8D3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Website (optional):</w:t>
      </w:r>
    </w:p>
    <w:p w14:paraId="24EF77BA" w14:textId="37813EE2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11D0E294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5. Vertretungsberechtigte Person</w:t>
      </w:r>
    </w:p>
    <w:p w14:paraId="15911099" w14:textId="77777777" w:rsidR="009C0699" w:rsidRPr="00362F11" w:rsidRDefault="00000000">
      <w:pPr>
        <w:rPr>
          <w:lang w:val="de-DE"/>
        </w:rPr>
      </w:pPr>
      <w:r w:rsidRPr="00362F11">
        <w:rPr>
          <w:i/>
          <w:lang w:val="de-DE"/>
        </w:rPr>
        <w:t>(Nur ausfüllen bei Mitgliedschaft als Verein/Organisation - gemäß Satzung bzw. Gesellschaftsvertrag.)</w:t>
      </w:r>
    </w:p>
    <w:p w14:paraId="79368656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Name, Vorname:</w:t>
      </w:r>
    </w:p>
    <w:p w14:paraId="3BCC7965" w14:textId="745643C8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2E59DDC0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Funktion:</w:t>
      </w:r>
    </w:p>
    <w:p w14:paraId="489CE238" w14:textId="2C734E23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459F6585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E-Mail:</w:t>
      </w:r>
    </w:p>
    <w:p w14:paraId="0F067DBB" w14:textId="5E895F91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07121D51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Telefon:</w:t>
      </w:r>
    </w:p>
    <w:p w14:paraId="5CFB709C" w14:textId="5724291F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351BF5C0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6. Ansprechperson für den Verbund (falls abweichend)</w:t>
      </w:r>
    </w:p>
    <w:p w14:paraId="0CAFA1DE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Name, Vorname:</w:t>
      </w:r>
    </w:p>
    <w:p w14:paraId="48E17054" w14:textId="214A763C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0B9F2694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Funktion:</w:t>
      </w:r>
    </w:p>
    <w:p w14:paraId="7397A9FE" w14:textId="40A6ABD2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1C617840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E-Mail:</w:t>
      </w:r>
    </w:p>
    <w:p w14:paraId="624EF635" w14:textId="7267512D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0A48299F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lastRenderedPageBreak/>
        <w:t>Telefon:</w:t>
      </w:r>
    </w:p>
    <w:p w14:paraId="0D716E7D" w14:textId="551A70D4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44B1E289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8. Mitgliedsbeitrag und SEPA-Lastschriftmandat</w:t>
      </w:r>
    </w:p>
    <w:p w14:paraId="774C8559" w14:textId="77777777" w:rsidR="009C0699" w:rsidRPr="00362F11" w:rsidRDefault="00000000">
      <w:pPr>
        <w:rPr>
          <w:lang w:val="de-DE"/>
        </w:rPr>
      </w:pPr>
      <w:r w:rsidRPr="00362F11">
        <w:rPr>
          <w:lang w:val="de-DE"/>
        </w:rPr>
        <w:t>Der jährliche Mitgliedsbeitrag richtet sich nach der gültigen Beitragsordnung des Verbunds Teilen &amp; Leihen e.V.</w:t>
      </w:r>
    </w:p>
    <w:p w14:paraId="4DA4A789" w14:textId="77777777" w:rsidR="009C0699" w:rsidRPr="00362F11" w:rsidRDefault="00000000">
      <w:pPr>
        <w:rPr>
          <w:lang w:val="de-DE"/>
        </w:rPr>
      </w:pPr>
      <w:proofErr w:type="gramStart"/>
      <w:r w:rsidRPr="00362F11">
        <w:rPr>
          <w:sz w:val="24"/>
          <w:lang w:val="de-DE"/>
        </w:rPr>
        <w:t xml:space="preserve">☐  </w:t>
      </w:r>
      <w:r w:rsidRPr="00362F11">
        <w:rPr>
          <w:lang w:val="de-DE"/>
        </w:rPr>
        <w:t>Ich</w:t>
      </w:r>
      <w:proofErr w:type="gramEnd"/>
      <w:r w:rsidRPr="00362F11">
        <w:rPr>
          <w:lang w:val="de-DE"/>
        </w:rPr>
        <w:t>/Wir ermächtige(n) den Verbund Teilen &amp; Leihen e.V. widerruflich, den Mitgliedsbeitrag bei Fälligkeit per SEPA-Lastschrift vom unten genannten Konto einzuziehen.</w:t>
      </w:r>
    </w:p>
    <w:p w14:paraId="40BC0484" w14:textId="77777777" w:rsidR="009C0699" w:rsidRPr="00362F11" w:rsidRDefault="00000000">
      <w:pPr>
        <w:rPr>
          <w:lang w:val="de-DE"/>
        </w:rPr>
      </w:pPr>
      <w:proofErr w:type="gramStart"/>
      <w:r w:rsidRPr="00362F11">
        <w:rPr>
          <w:sz w:val="24"/>
          <w:lang w:val="de-DE"/>
        </w:rPr>
        <w:t xml:space="preserve">☐  </w:t>
      </w:r>
      <w:r w:rsidRPr="00362F11">
        <w:rPr>
          <w:lang w:val="de-DE"/>
        </w:rPr>
        <w:t>Ich</w:t>
      </w:r>
      <w:proofErr w:type="gramEnd"/>
      <w:r w:rsidRPr="00362F11">
        <w:rPr>
          <w:lang w:val="de-DE"/>
        </w:rPr>
        <w:t>/Wir überweise(n) den Mitgliedsbeitrag selbst.</w:t>
      </w:r>
    </w:p>
    <w:p w14:paraId="08061C51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Kontoinhaber:</w:t>
      </w:r>
    </w:p>
    <w:p w14:paraId="6D78F32A" w14:textId="58CA13C1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541584BF" w14:textId="77777777" w:rsidR="009C0699" w:rsidRPr="00362F11" w:rsidRDefault="00000000">
      <w:pPr>
        <w:rPr>
          <w:lang w:val="en-GB"/>
        </w:rPr>
      </w:pPr>
      <w:proofErr w:type="spellStart"/>
      <w:r w:rsidRPr="00362F11">
        <w:rPr>
          <w:b/>
          <w:lang w:val="en-GB"/>
        </w:rPr>
        <w:t>Kreditinstitut</w:t>
      </w:r>
      <w:proofErr w:type="spellEnd"/>
      <w:r w:rsidRPr="00362F11">
        <w:rPr>
          <w:b/>
          <w:lang w:val="en-GB"/>
        </w:rPr>
        <w:t>:</w:t>
      </w:r>
    </w:p>
    <w:p w14:paraId="58928234" w14:textId="5B64BDF6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0799F789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IBAN:</w:t>
      </w:r>
    </w:p>
    <w:p w14:paraId="38B9F2CD" w14:textId="42D860F5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50A46682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BIC:</w:t>
      </w:r>
    </w:p>
    <w:p w14:paraId="4DFD605E" w14:textId="020C61A3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0C66D982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9. Erklärungen</w:t>
      </w:r>
    </w:p>
    <w:p w14:paraId="60B2FE28" w14:textId="77777777" w:rsidR="009C0699" w:rsidRPr="00362F11" w:rsidRDefault="00000000">
      <w:pPr>
        <w:rPr>
          <w:lang w:val="de-DE"/>
        </w:rPr>
      </w:pPr>
      <w:proofErr w:type="gramStart"/>
      <w:r w:rsidRPr="00362F11">
        <w:rPr>
          <w:sz w:val="24"/>
          <w:lang w:val="de-DE"/>
        </w:rPr>
        <w:t xml:space="preserve">☐  </w:t>
      </w:r>
      <w:r w:rsidRPr="00362F11">
        <w:rPr>
          <w:lang w:val="de-DE"/>
        </w:rPr>
        <w:t>Ich</w:t>
      </w:r>
      <w:proofErr w:type="gramEnd"/>
      <w:r w:rsidRPr="00362F11">
        <w:rPr>
          <w:lang w:val="de-DE"/>
        </w:rPr>
        <w:t>/Wir erkenne(n) die Satzung sowie die Beitrags- und Geschäftsordnung des Verbunds Teilen &amp; Leihen e.V. in der jeweils gültigen Fassung an.</w:t>
      </w:r>
    </w:p>
    <w:p w14:paraId="4DCD2BA2" w14:textId="77777777" w:rsidR="009C0699" w:rsidRPr="00362F11" w:rsidRDefault="00000000">
      <w:pPr>
        <w:rPr>
          <w:lang w:val="de-DE"/>
        </w:rPr>
      </w:pPr>
      <w:proofErr w:type="gramStart"/>
      <w:r w:rsidRPr="00362F11">
        <w:rPr>
          <w:sz w:val="24"/>
          <w:lang w:val="de-DE"/>
        </w:rPr>
        <w:t xml:space="preserve">☐  </w:t>
      </w:r>
      <w:r w:rsidRPr="00362F11">
        <w:rPr>
          <w:lang w:val="de-DE"/>
        </w:rPr>
        <w:t>Ich</w:t>
      </w:r>
      <w:proofErr w:type="gramEnd"/>
      <w:r w:rsidRPr="00362F11">
        <w:rPr>
          <w:lang w:val="de-DE"/>
        </w:rPr>
        <w:t>/Wir versichere(n), dass die in diesem Antrag gemachten Angaben vollständig und richtig sind. Änderungen werden dem Verbund unverzüglich mitgeteilt.</w:t>
      </w:r>
    </w:p>
    <w:p w14:paraId="530FBD4B" w14:textId="77777777" w:rsidR="009C0699" w:rsidRPr="00362F11" w:rsidRDefault="00000000">
      <w:pPr>
        <w:rPr>
          <w:lang w:val="de-DE"/>
        </w:rPr>
      </w:pPr>
      <w:proofErr w:type="gramStart"/>
      <w:r w:rsidRPr="00362F11">
        <w:rPr>
          <w:sz w:val="24"/>
          <w:lang w:val="de-DE"/>
        </w:rPr>
        <w:t xml:space="preserve">☐  </w:t>
      </w:r>
      <w:r w:rsidRPr="00362F11">
        <w:rPr>
          <w:lang w:val="de-DE"/>
        </w:rPr>
        <w:t>Ich</w:t>
      </w:r>
      <w:proofErr w:type="gramEnd"/>
      <w:r w:rsidRPr="00362F11">
        <w:rPr>
          <w:lang w:val="de-DE"/>
        </w:rPr>
        <w:t xml:space="preserve">/Wir willige(n) ein, dass die im Antrag angegebenen Daten zum Zweck der Mitgliederverwaltung elektronisch gespeichert und verarbeitet werden (Art. 6 Abs. 1 </w:t>
      </w:r>
      <w:proofErr w:type="spellStart"/>
      <w:r w:rsidRPr="00362F11">
        <w:rPr>
          <w:lang w:val="de-DE"/>
        </w:rPr>
        <w:t>lit</w:t>
      </w:r>
      <w:proofErr w:type="spellEnd"/>
      <w:r w:rsidRPr="00362F11">
        <w:rPr>
          <w:lang w:val="de-DE"/>
        </w:rPr>
        <w:t>. b DSGVO).</w:t>
      </w:r>
    </w:p>
    <w:p w14:paraId="1DDDBF1D" w14:textId="77777777" w:rsidR="009C0699" w:rsidRPr="00362F11" w:rsidRDefault="00000000">
      <w:pPr>
        <w:pStyle w:val="Heading1"/>
        <w:rPr>
          <w:lang w:val="de-DE"/>
        </w:rPr>
      </w:pPr>
      <w:r w:rsidRPr="00362F11">
        <w:rPr>
          <w:color w:val="1F3A5F"/>
          <w:lang w:val="de-DE"/>
        </w:rPr>
        <w:t>10. Ort, Datum und Unterschrift</w:t>
      </w:r>
    </w:p>
    <w:p w14:paraId="5EF97F58" w14:textId="77777777" w:rsidR="009C0699" w:rsidRPr="00362F11" w:rsidRDefault="009C0699">
      <w:pPr>
        <w:rPr>
          <w:lang w:val="de-DE"/>
        </w:rPr>
      </w:pPr>
    </w:p>
    <w:p w14:paraId="24973B92" w14:textId="77777777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        ________________________________________</w:t>
      </w:r>
    </w:p>
    <w:p w14:paraId="58D51965" w14:textId="77777777" w:rsidR="009C0699" w:rsidRPr="00362F11" w:rsidRDefault="00000000">
      <w:pPr>
        <w:rPr>
          <w:lang w:val="de-DE"/>
        </w:rPr>
      </w:pPr>
      <w:r w:rsidRPr="00362F11">
        <w:rPr>
          <w:sz w:val="18"/>
          <w:lang w:val="de-DE"/>
        </w:rPr>
        <w:t>Ort, Datum                                      Unterschrift (ggf. Vereinsstempel und Unterschrift der/des Vertretungsberechtigten)</w:t>
      </w:r>
    </w:p>
    <w:p w14:paraId="023C0ADE" w14:textId="77777777" w:rsidR="009C0699" w:rsidRPr="00362F11" w:rsidRDefault="009C0699">
      <w:pPr>
        <w:rPr>
          <w:lang w:val="de-DE"/>
        </w:rPr>
      </w:pPr>
    </w:p>
    <w:p w14:paraId="54798B96" w14:textId="77777777" w:rsidR="009C0699" w:rsidRPr="00362F11" w:rsidRDefault="009C0699">
      <w:pPr>
        <w:rPr>
          <w:lang w:val="de-DE"/>
        </w:rPr>
      </w:pPr>
    </w:p>
    <w:p w14:paraId="55ECE863" w14:textId="77777777" w:rsidR="009C0699" w:rsidRPr="00362F11" w:rsidRDefault="00000000">
      <w:pPr>
        <w:pStyle w:val="Heading2"/>
        <w:rPr>
          <w:lang w:val="de-DE"/>
        </w:rPr>
      </w:pPr>
      <w:r w:rsidRPr="00362F11">
        <w:rPr>
          <w:color w:val="1F3A5F"/>
          <w:lang w:val="de-DE"/>
        </w:rPr>
        <w:t>Bearbeitungsvermerk der Geschäftsstelle</w:t>
      </w:r>
    </w:p>
    <w:p w14:paraId="7C9C0836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Eingangsdatum:</w:t>
      </w:r>
    </w:p>
    <w:p w14:paraId="08F3EF30" w14:textId="300A5A65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112BC9C0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Mitgliedsnummer:</w:t>
      </w:r>
    </w:p>
    <w:p w14:paraId="57E77EE6" w14:textId="183AA6AB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66FC2793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Aufnahme beschlossen am:</w:t>
      </w:r>
    </w:p>
    <w:p w14:paraId="7287336D" w14:textId="1D18ADAA" w:rsidR="009C0699" w:rsidRPr="00362F11" w:rsidRDefault="00000000">
      <w:pPr>
        <w:rPr>
          <w:lang w:val="de-DE"/>
        </w:rPr>
      </w:pPr>
      <w:r w:rsidRPr="00362F11">
        <w:rPr>
          <w:lang w:val="de-DE"/>
        </w:rPr>
        <w:t>_____________________________________________________________________________________</w:t>
      </w:r>
    </w:p>
    <w:p w14:paraId="47CCD48F" w14:textId="77777777" w:rsidR="009C0699" w:rsidRPr="00362F11" w:rsidRDefault="00000000">
      <w:pPr>
        <w:rPr>
          <w:lang w:val="de-DE"/>
        </w:rPr>
      </w:pPr>
      <w:r w:rsidRPr="00362F11">
        <w:rPr>
          <w:b/>
          <w:lang w:val="de-DE"/>
        </w:rPr>
        <w:t>Unterschrift Vorstand:</w:t>
      </w:r>
    </w:p>
    <w:p w14:paraId="18034473" w14:textId="56CB076E" w:rsidR="009C0699" w:rsidRDefault="00000000">
      <w:r>
        <w:t>_____________________________________________________________________________________</w:t>
      </w:r>
    </w:p>
    <w:sectPr w:rsidR="009C0699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25909" w14:textId="77777777" w:rsidR="00FA03B8" w:rsidRDefault="00FA03B8" w:rsidP="00362F11">
      <w:pPr>
        <w:spacing w:after="0" w:line="240" w:lineRule="auto"/>
      </w:pPr>
      <w:r>
        <w:separator/>
      </w:r>
    </w:p>
  </w:endnote>
  <w:endnote w:type="continuationSeparator" w:id="0">
    <w:p w14:paraId="7597F9DD" w14:textId="77777777" w:rsidR="00FA03B8" w:rsidRDefault="00FA03B8" w:rsidP="00362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B49D6" w14:textId="77777777" w:rsidR="00FA03B8" w:rsidRDefault="00FA03B8" w:rsidP="00362F11">
      <w:pPr>
        <w:spacing w:after="0" w:line="240" w:lineRule="auto"/>
      </w:pPr>
      <w:r>
        <w:separator/>
      </w:r>
    </w:p>
  </w:footnote>
  <w:footnote w:type="continuationSeparator" w:id="0">
    <w:p w14:paraId="1B09C12B" w14:textId="77777777" w:rsidR="00FA03B8" w:rsidRDefault="00FA03B8" w:rsidP="00362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058408">
    <w:abstractNumId w:val="8"/>
  </w:num>
  <w:num w:numId="2" w16cid:durableId="2094424045">
    <w:abstractNumId w:val="6"/>
  </w:num>
  <w:num w:numId="3" w16cid:durableId="211157893">
    <w:abstractNumId w:val="5"/>
  </w:num>
  <w:num w:numId="4" w16cid:durableId="958411647">
    <w:abstractNumId w:val="4"/>
  </w:num>
  <w:num w:numId="5" w16cid:durableId="1560168735">
    <w:abstractNumId w:val="7"/>
  </w:num>
  <w:num w:numId="6" w16cid:durableId="377435129">
    <w:abstractNumId w:val="3"/>
  </w:num>
  <w:num w:numId="7" w16cid:durableId="1574925168">
    <w:abstractNumId w:val="2"/>
  </w:num>
  <w:num w:numId="8" w16cid:durableId="1330988064">
    <w:abstractNumId w:val="1"/>
  </w:num>
  <w:num w:numId="9" w16cid:durableId="55196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2F11"/>
    <w:rsid w:val="009B6127"/>
    <w:rsid w:val="009C0699"/>
    <w:rsid w:val="00AA1D8D"/>
    <w:rsid w:val="00B47730"/>
    <w:rsid w:val="00CB0664"/>
    <w:rsid w:val="00FA03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10273"/>
  <w14:defaultImageDpi w14:val="300"/>
  <w15:docId w15:val="{D13A2C7B-9C1B-439E-B3CB-7A7A354C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B6EDE990869A4BA15E0812F89B9DC3" ma:contentTypeVersion="9" ma:contentTypeDescription="Create a new document." ma:contentTypeScope="" ma:versionID="5c3f0ccfe8bd47a859c70eb3f34985be">
  <xsd:schema xmlns:xsd="http://www.w3.org/2001/XMLSchema" xmlns:xs="http://www.w3.org/2001/XMLSchema" xmlns:p="http://schemas.microsoft.com/office/2006/metadata/properties" xmlns:ns2="e3b323f0-e99d-4264-9330-752e67cd0f1e" xmlns:ns3="a8a902bf-4b76-423b-8b5b-cbbd57e93465" targetNamespace="http://schemas.microsoft.com/office/2006/metadata/properties" ma:root="true" ma:fieldsID="bdcfc8071acbe6f99c8d2c97089b3779" ns2:_="" ns3:_="">
    <xsd:import namespace="e3b323f0-e99d-4264-9330-752e67cd0f1e"/>
    <xsd:import namespace="a8a902bf-4b76-423b-8b5b-cbbd57e934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323f0-e99d-4264-9330-752e67cd0f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5781c5-ffb3-4d4f-abe1-b413689117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902bf-4b76-423b-8b5b-cbbd57e934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78f04a-a00b-4b92-95d1-f6ca0be30313}" ma:internalName="TaxCatchAll" ma:showField="CatchAllData" ma:web="a8a902bf-4b76-423b-8b5b-cbbd57e934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b323f0-e99d-4264-9330-752e67cd0f1e">
      <Terms xmlns="http://schemas.microsoft.com/office/infopath/2007/PartnerControls"/>
    </lcf76f155ced4ddcb4097134ff3c332f>
    <TaxCatchAll xmlns="a8a902bf-4b76-423b-8b5b-cbbd57e93465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D214BC-682F-4167-BFC7-56D8159C4A48}"/>
</file>

<file path=customXml/itemProps3.xml><?xml version="1.0" encoding="utf-8"?>
<ds:datastoreItem xmlns:ds="http://schemas.openxmlformats.org/officeDocument/2006/customXml" ds:itemID="{B7F8504B-E6FB-49B1-BB4D-EFDCC14386FC}"/>
</file>

<file path=customXml/itemProps4.xml><?xml version="1.0" encoding="utf-8"?>
<ds:datastoreItem xmlns:ds="http://schemas.openxmlformats.org/officeDocument/2006/customXml" ds:itemID="{721ED207-B97B-41C5-B41E-36A3720EBE93}"/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Kemper, Christian</cp:lastModifiedBy>
  <cp:revision>3</cp:revision>
  <dcterms:created xsi:type="dcterms:W3CDTF">2013-12-23T23:15:00Z</dcterms:created>
  <dcterms:modified xsi:type="dcterms:W3CDTF">2026-04-22T19:45:00Z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0x010100D9B6EDE990869A4BA15E0812F89B9DC3</vt:lpwstr>
  </property>
</Properties>
</file>